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ADUAN LIPUTAN, PENGEBILAN DAN KUALITI PERKHIDMATAN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SOP-KHI-165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Telekomunikasi dan Media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aduan liputan, pengebilan dan kualiti perkhidmatan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aduan liputan, pengebilan dan kualiti perkhidmatan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aduan liputan, pengebilan dan kualiti perkhidmatan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SOP-KHI-165  |  Aduan Liputan, Pengebilan dan Kualiti Perkhidmatan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