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PEMANTAUAN DAN OPERASI RANGKAIAN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SOP-TEK-160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Telekomunikasi dan Media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pemantauan dan operasi rangkaian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pemantauan dan operasi rangkaian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pemantauan dan operasi rangkaian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SOP-TEK-160  |  Pemantauan dan Operasi Rangkaian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