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PENJELASAN DAN RUNDINGAN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SOP-TEN-053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penjelasan dan rundingan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penjelasan dan rundingan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penjelasan dan rundingan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SOP-TEN-053  |  Penjelasan dan Rundingan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