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KAEDAH PEMBINAAN DAN PELAN LOGISTIK TENDER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SOP-TEN-050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Tender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kaedah pembinaan dan pelan logistik tender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kaedah pembinaan dan pelan logistik tender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kaedah pembinaan dan pelan logistik tender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SOP-TEN-050  |  Kaedah Pembinaan dan Pelan Logistik Tender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