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PENDAFTARAN PELUANG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SOP-TEN-043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pendaftaran peluang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pendaftaran peluang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pendaftaran peluang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SOP-TEN-043  |  Pendaftaran Peluang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