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PERMINTAAN SEBUT HARGA PEMBEKAL DAN SUBKONTRAKTOR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SOP-TEN-048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permintaan sebut harga pembekal dan subkontraktor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permintaan sebut harga pembekal dan subkontraktor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permintaan sebut harga pembekal dan subkontraktor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SOP-TEN-048  |  Permintaan Sebut Harga Pembekal dan Subkontraktor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