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UJIAN DAN PENTAULIAHAN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SOP-KUA-071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ujian dan pentauliahan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ujian dan pentauliahan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ujian dan pentauliahan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SOP-KUA-071  |  Ujian dan Pentauliahan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