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DAN PENILAIAN KEADAAN ASET UTILITI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SOP-KUA-143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dan penilaian keadaan aset utiliti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dan penilaian keadaan aset utiliti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dan penilaian keadaan aset utiliti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SOP-KUA-143  |  Pemeriksaan dan Penilaian Keadaan Aset Utiliti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