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OPERASI BILIK KAWALAN DAN PEMANTAUAN SISTEM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SOP-OPE-145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operasi bilik kawalan dan pemantauan sistem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operasi bilik kawalan dan pemantauan sistem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operasi bilik kawalan dan pemantauan sistem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SOP-OPE-145  |  Operasi Bilik Kawalan dan Pemantauan Sistem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