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PERMOHONAN SAMBUNGAN DAN PENGAKTIFAN PELANGGAN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SOP-KHI-147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Utiliti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permohonan sambungan dan pengaktifan pelanggan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permohonan sambungan dan pengaktifan pelanggan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permohonan sambungan dan pengaktifan pelanggan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SOP-KHI-147  |  Permohonan Sambungan dan Pengaktifan Pelanggan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