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BACAAN METER, PENGEBILAN DAN PERTIKAIAN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SOP-KEW-148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Utiliti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bacaan meter, pengebilan dan pertikaian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bacaan meter, pengebilan dan pertikaian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bacaan meter, pengebilan dan pertikaian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SOP-KEW-148  |  Bacaan Meter, Pengebilan dan Pertikaian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