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GANGGUAN BEKALAN DAN PEMULIHAN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SOP-OPE-146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gangguan bekalan dan pemulihan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gangguan bekalan dan pemulihan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gangguan bekalan dan pemulihan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SOP-OPE-146  |  Pengurusan Gangguan Bekalan dan Pemulihan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