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PENYELENGGARAAN PENCEGAHAN RANGKAIAN DAN LOJI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SOP-OPE-144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Utiliti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penyelenggaraan pencegahan rangkaian dan loji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penyelenggaraan pencegahan rangkaian dan loji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penyelenggaraan pencegahan rangkaian dan loji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SOP-OPE-144  |  Penyelenggaraan Pencegahan Rangkaian dan Loji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